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6669" w14:textId="77777777" w:rsidR="00372493" w:rsidRPr="00745651" w:rsidRDefault="00000000">
      <w:pPr>
        <w:pStyle w:val="Heading1"/>
        <w:rPr>
          <w:rFonts w:ascii="Calibri" w:hAnsi="Calibri" w:cs="Calibri"/>
          <w:sz w:val="26"/>
          <w:szCs w:val="26"/>
        </w:rPr>
      </w:pPr>
      <w:r w:rsidRPr="00745651">
        <w:rPr>
          <w:rFonts w:ascii="Calibri" w:hAnsi="Calibri" w:cs="Calibri"/>
          <w:sz w:val="26"/>
          <w:szCs w:val="26"/>
        </w:rPr>
        <w:t>Zahtjev za upis u evidenciju/registraciju u sustav e-Građani</w:t>
      </w:r>
    </w:p>
    <w:p w14:paraId="15190556" w14:textId="77777777" w:rsidR="00CD2BD4" w:rsidRPr="00745651" w:rsidRDefault="00CD2BD4" w:rsidP="00CD2BD4">
      <w:pPr>
        <w:rPr>
          <w:rFonts w:ascii="Calibri" w:hAnsi="Calibri" w:cs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245"/>
      </w:tblGrid>
      <w:tr w:rsidR="00372493" w:rsidRPr="00745651" w14:paraId="70B01193" w14:textId="77777777" w:rsidTr="00745651">
        <w:tc>
          <w:tcPr>
            <w:tcW w:w="3510" w:type="dxa"/>
          </w:tcPr>
          <w:p w14:paraId="1042A6D6" w14:textId="60C6ADD6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Naziv subjekta</w:t>
            </w:r>
          </w:p>
        </w:tc>
        <w:tc>
          <w:tcPr>
            <w:tcW w:w="5245" w:type="dxa"/>
          </w:tcPr>
          <w:p w14:paraId="6807074D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1879226856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0BF6837E" w14:textId="77777777" w:rsidTr="00745651">
        <w:tc>
          <w:tcPr>
            <w:tcW w:w="3510" w:type="dxa"/>
          </w:tcPr>
          <w:p w14:paraId="2D9F373B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MBS / MBO / MIBPG</w:t>
            </w:r>
          </w:p>
        </w:tc>
        <w:tc>
          <w:tcPr>
            <w:tcW w:w="5245" w:type="dxa"/>
          </w:tcPr>
          <w:p w14:paraId="50168B9A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421369962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13F850F8" w14:textId="77777777" w:rsidTr="00745651">
        <w:tc>
          <w:tcPr>
            <w:tcW w:w="3510" w:type="dxa"/>
          </w:tcPr>
          <w:p w14:paraId="0B1F2582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OIB subjekta</w:t>
            </w:r>
          </w:p>
        </w:tc>
        <w:tc>
          <w:tcPr>
            <w:tcW w:w="5245" w:type="dxa"/>
          </w:tcPr>
          <w:p w14:paraId="44EEB090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577364256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6D4366AC" w14:textId="77777777" w:rsidTr="00745651">
        <w:tc>
          <w:tcPr>
            <w:tcW w:w="3510" w:type="dxa"/>
          </w:tcPr>
          <w:p w14:paraId="3846E69A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Adresa</w:t>
            </w:r>
          </w:p>
        </w:tc>
        <w:tc>
          <w:tcPr>
            <w:tcW w:w="5245" w:type="dxa"/>
          </w:tcPr>
          <w:p w14:paraId="130977BE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1289346655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4B95AEBD" w14:textId="77777777" w:rsidTr="00745651">
        <w:tc>
          <w:tcPr>
            <w:tcW w:w="3510" w:type="dxa"/>
          </w:tcPr>
          <w:p w14:paraId="4DC6CC98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Mjesto</w:t>
            </w:r>
          </w:p>
        </w:tc>
        <w:tc>
          <w:tcPr>
            <w:tcW w:w="5245" w:type="dxa"/>
          </w:tcPr>
          <w:p w14:paraId="5EA3C3A6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916208719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1DBCB96B" w14:textId="77777777" w:rsidTr="00745651">
        <w:tc>
          <w:tcPr>
            <w:tcW w:w="3510" w:type="dxa"/>
          </w:tcPr>
          <w:p w14:paraId="485D7708" w14:textId="27C79676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Službeni naziv web shopa/</w:t>
            </w:r>
            <w:r w:rsidR="00CD2BD4" w:rsidRPr="0074565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Pr="00745651">
              <w:rPr>
                <w:rFonts w:ascii="Calibri" w:hAnsi="Calibri" w:cs="Calibri"/>
                <w:sz w:val="26"/>
                <w:szCs w:val="26"/>
              </w:rPr>
              <w:t>platforme</w:t>
            </w:r>
          </w:p>
        </w:tc>
        <w:tc>
          <w:tcPr>
            <w:tcW w:w="5245" w:type="dxa"/>
          </w:tcPr>
          <w:p w14:paraId="44AC36BD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059049685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6099C1F1" w14:textId="77777777" w:rsidTr="00745651">
        <w:tc>
          <w:tcPr>
            <w:tcW w:w="3510" w:type="dxa"/>
          </w:tcPr>
          <w:p w14:paraId="6C21FFA8" w14:textId="1CEC1C28" w:rsidR="00372493" w:rsidRPr="00745651" w:rsidRDefault="00CD2BD4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Link na web shop/platformu</w:t>
            </w:r>
          </w:p>
        </w:tc>
        <w:tc>
          <w:tcPr>
            <w:tcW w:w="5245" w:type="dxa"/>
          </w:tcPr>
          <w:p w14:paraId="6F59BC4D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388113414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745651" w:rsidRPr="00745651" w14:paraId="7D2BA011" w14:textId="77777777" w:rsidTr="00745651">
        <w:tc>
          <w:tcPr>
            <w:tcW w:w="3510" w:type="dxa"/>
          </w:tcPr>
          <w:p w14:paraId="0C182EC8" w14:textId="77777777" w:rsidR="00745651" w:rsidRPr="00745651" w:rsidRDefault="00745651" w:rsidP="002B64B5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Redirect URI(s) – URL(ovi)</w:t>
            </w:r>
          </w:p>
        </w:tc>
        <w:tc>
          <w:tcPr>
            <w:tcW w:w="5245" w:type="dxa"/>
          </w:tcPr>
          <w:p w14:paraId="16C776F7" w14:textId="77777777" w:rsidR="00745651" w:rsidRPr="00745651" w:rsidRDefault="00000000" w:rsidP="002B64B5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2078265595"/>
                <w:text/>
              </w:sdtPr>
              <w:sdtContent>
                <w:r w:rsidR="00745651"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7F62659F" w14:textId="77777777" w:rsidTr="00745651">
        <w:tc>
          <w:tcPr>
            <w:tcW w:w="3510" w:type="dxa"/>
          </w:tcPr>
          <w:p w14:paraId="05B23104" w14:textId="0DA8B12D" w:rsidR="00372493" w:rsidRPr="00745651" w:rsidRDefault="00372493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5" w:type="dxa"/>
          </w:tcPr>
          <w:p w14:paraId="200F209A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618718495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32C7DBA9" w14:textId="77777777" w:rsidTr="00745651">
        <w:tc>
          <w:tcPr>
            <w:tcW w:w="3510" w:type="dxa"/>
          </w:tcPr>
          <w:p w14:paraId="7CE16F02" w14:textId="02ADC680" w:rsidR="00372493" w:rsidRPr="00FF6F7A" w:rsidRDefault="00000000">
            <w:pPr>
              <w:rPr>
                <w:rFonts w:ascii="Calibri" w:hAnsi="Calibri" w:cs="Calibri"/>
                <w:sz w:val="26"/>
                <w:szCs w:val="26"/>
                <w:lang w:val="hr-HR"/>
              </w:rPr>
            </w:pPr>
            <w:r w:rsidRPr="00FF6F7A">
              <w:rPr>
                <w:rFonts w:ascii="Calibri" w:hAnsi="Calibri" w:cs="Calibri"/>
                <w:sz w:val="26"/>
                <w:szCs w:val="26"/>
                <w:lang w:val="hr-HR"/>
              </w:rPr>
              <w:t xml:space="preserve">Adresa e-pošte za </w:t>
            </w:r>
            <w:proofErr w:type="spellStart"/>
            <w:r w:rsidRPr="00FF6F7A">
              <w:rPr>
                <w:rFonts w:ascii="Calibri" w:hAnsi="Calibri" w:cs="Calibri"/>
                <w:sz w:val="26"/>
                <w:szCs w:val="26"/>
              </w:rPr>
              <w:t>client</w:t>
            </w:r>
            <w:r w:rsidR="00F5490D" w:rsidRPr="00FF6F7A">
              <w:rPr>
                <w:rFonts w:ascii="Calibri" w:hAnsi="Calibri" w:cs="Calibri"/>
                <w:sz w:val="26"/>
                <w:szCs w:val="26"/>
              </w:rPr>
              <w:t>_</w:t>
            </w:r>
            <w:r w:rsidR="00FF6F7A">
              <w:rPr>
                <w:rFonts w:ascii="Calibri" w:hAnsi="Calibri" w:cs="Calibri"/>
                <w:sz w:val="26"/>
                <w:szCs w:val="26"/>
              </w:rPr>
              <w:t>id</w:t>
            </w:r>
            <w:proofErr w:type="spellEnd"/>
          </w:p>
        </w:tc>
        <w:tc>
          <w:tcPr>
            <w:tcW w:w="5245" w:type="dxa"/>
          </w:tcPr>
          <w:p w14:paraId="6F6C8F71" w14:textId="77777777" w:rsidR="00372493" w:rsidRPr="00FF6F7A" w:rsidRDefault="00000000">
            <w:pPr>
              <w:rPr>
                <w:rFonts w:ascii="Calibri" w:hAnsi="Calibri" w:cs="Calibri"/>
                <w:sz w:val="26"/>
                <w:szCs w:val="26"/>
                <w:lang w:val="hr-HR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  <w:lang w:val="hr-HR"/>
                </w:rPr>
                <w:id w:val="-1972668162"/>
                <w:text/>
              </w:sdtPr>
              <w:sdtContent>
                <w:r w:rsidRPr="00FF6F7A">
                  <w:rPr>
                    <w:rFonts w:ascii="Calibri" w:hAnsi="Calibri" w:cs="Calibri"/>
                    <w:sz w:val="26"/>
                    <w:szCs w:val="26"/>
                    <w:lang w:val="hr-HR"/>
                  </w:rPr>
                  <w:t>Kliknite ovdje za unos</w:t>
                </w:r>
              </w:sdtContent>
            </w:sdt>
          </w:p>
        </w:tc>
      </w:tr>
      <w:tr w:rsidR="00372493" w:rsidRPr="00745651" w14:paraId="507546EB" w14:textId="77777777" w:rsidTr="00745651">
        <w:tc>
          <w:tcPr>
            <w:tcW w:w="3510" w:type="dxa"/>
          </w:tcPr>
          <w:p w14:paraId="3842B4BE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Kontakt osoba (ime i prezime, adresa e-pošte/telefon)</w:t>
            </w:r>
          </w:p>
        </w:tc>
        <w:tc>
          <w:tcPr>
            <w:tcW w:w="5245" w:type="dxa"/>
          </w:tcPr>
          <w:p w14:paraId="721CA866" w14:textId="77777777" w:rsidR="00372493" w:rsidRPr="00745651" w:rsidRDefault="00000000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270363592"/>
                <w:text/>
              </w:sdtPr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</w:tbl>
    <w:p w14:paraId="2C07975F" w14:textId="77777777" w:rsidR="00CD2BD4" w:rsidRPr="00745651" w:rsidRDefault="00CD2BD4" w:rsidP="00CD2BD4">
      <w:pPr>
        <w:jc w:val="both"/>
        <w:rPr>
          <w:rFonts w:ascii="Calibri" w:hAnsi="Calibri" w:cs="Calibri"/>
          <w:sz w:val="26"/>
          <w:szCs w:val="26"/>
        </w:rPr>
      </w:pPr>
    </w:p>
    <w:p w14:paraId="6ED82166" w14:textId="2B0B6DD2" w:rsidR="00CC7783" w:rsidRPr="00745651" w:rsidRDefault="00AE0B52" w:rsidP="00CC7783">
      <w:pPr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</w:pP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Obavezno označiti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 </w:t>
      </w: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(upisati 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„x“</w:t>
      </w: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) 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kvadratiće sljedećih potvrda:</w:t>
      </w:r>
    </w:p>
    <w:p w14:paraId="3E2E7492" w14:textId="351B70C2" w:rsidR="00372493" w:rsidRPr="00745651" w:rsidRDefault="00000000" w:rsidP="00CD2BD4">
      <w:pPr>
        <w:jc w:val="both"/>
        <w:rPr>
          <w:rFonts w:ascii="Calibri" w:hAnsi="Calibri" w:cs="Calibri"/>
          <w:sz w:val="26"/>
          <w:szCs w:val="26"/>
        </w:rPr>
      </w:pPr>
      <w:sdt>
        <w:sdtPr>
          <w:rPr>
            <w:rFonts w:ascii="Calibri" w:hAnsi="Calibri" w:cs="Calibri"/>
            <w:sz w:val="26"/>
            <w:szCs w:val="26"/>
          </w:rPr>
          <w:id w:val="105836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BD4" w:rsidRPr="0074565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745651">
        <w:rPr>
          <w:rFonts w:ascii="Calibri" w:hAnsi="Calibri" w:cs="Calibri"/>
          <w:sz w:val="26"/>
          <w:szCs w:val="26"/>
        </w:rPr>
        <w:t xml:space="preserve">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>Potvrđuje se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da je poslovni subjekt </w:t>
      </w:r>
      <w:r w:rsidRPr="001B229C">
        <w:rPr>
          <w:rFonts w:ascii="Calibri" w:hAnsi="Calibri" w:cs="Calibri"/>
          <w:b/>
          <w:bCs/>
          <w:sz w:val="26"/>
          <w:szCs w:val="26"/>
          <w:u w:val="single"/>
        </w:rPr>
        <w:t>registriran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 xml:space="preserve">u sudskom registru, obrtnom registru ili registru poljoprivrednika 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za </w:t>
      </w:r>
      <w:r w:rsidRPr="001B229C">
        <w:rPr>
          <w:rFonts w:ascii="Calibri" w:hAnsi="Calibri" w:cs="Calibri"/>
          <w:b/>
          <w:bCs/>
          <w:sz w:val="26"/>
          <w:szCs w:val="26"/>
          <w:u w:val="single"/>
        </w:rPr>
        <w:t>obavljanje djelatnosti trgovine na malo putem interneta i/ili usluge informacijskog društva</w:t>
      </w:r>
      <w:r w:rsidRPr="00745651">
        <w:rPr>
          <w:rFonts w:ascii="Calibri" w:hAnsi="Calibri" w:cs="Calibri"/>
          <w:sz w:val="26"/>
          <w:szCs w:val="26"/>
        </w:rPr>
        <w:t>, u skladu s propisima kojim se uređuje elektronička trgovina te za prodaju alkoholnih pića, pića koja sadrže alkohol i energetskih pića.</w:t>
      </w:r>
    </w:p>
    <w:p w14:paraId="173ADEA8" w14:textId="426A1425" w:rsidR="00372493" w:rsidRPr="00745651" w:rsidRDefault="00000000" w:rsidP="00CD2BD4">
      <w:pPr>
        <w:jc w:val="both"/>
        <w:rPr>
          <w:rFonts w:ascii="Calibri" w:hAnsi="Calibri" w:cs="Calibri"/>
          <w:sz w:val="26"/>
          <w:szCs w:val="26"/>
        </w:rPr>
      </w:pPr>
      <w:sdt>
        <w:sdtPr>
          <w:rPr>
            <w:rFonts w:ascii="Calibri" w:hAnsi="Calibri" w:cs="Calibri"/>
            <w:sz w:val="26"/>
            <w:szCs w:val="26"/>
          </w:rPr>
          <w:id w:val="-272402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BD4" w:rsidRPr="0074565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745651">
        <w:rPr>
          <w:rFonts w:ascii="Calibri" w:hAnsi="Calibri" w:cs="Calibri"/>
          <w:sz w:val="26"/>
          <w:szCs w:val="26"/>
        </w:rPr>
        <w:t xml:space="preserve"> 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Ispunjavanjem ovog zahtjeva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>potvrđuje se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da su svi navedeni podaci </w:t>
      </w:r>
      <w:r w:rsidRPr="00745651">
        <w:rPr>
          <w:rFonts w:ascii="Calibri" w:hAnsi="Calibri" w:cs="Calibri"/>
          <w:b/>
          <w:bCs/>
          <w:sz w:val="26"/>
          <w:szCs w:val="26"/>
          <w:u w:val="single"/>
        </w:rPr>
        <w:t>istiniti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i </w:t>
      </w:r>
      <w:r w:rsidRPr="00745651">
        <w:rPr>
          <w:rFonts w:ascii="Calibri" w:hAnsi="Calibri" w:cs="Calibri"/>
          <w:b/>
          <w:bCs/>
          <w:sz w:val="26"/>
          <w:szCs w:val="26"/>
          <w:u w:val="single"/>
        </w:rPr>
        <w:t>točni</w:t>
      </w:r>
      <w:r w:rsidRPr="00745651">
        <w:rPr>
          <w:rFonts w:ascii="Calibri" w:hAnsi="Calibri" w:cs="Calibri"/>
          <w:b/>
          <w:bCs/>
          <w:sz w:val="26"/>
          <w:szCs w:val="26"/>
        </w:rPr>
        <w:t>.</w:t>
      </w:r>
    </w:p>
    <w:sectPr w:rsidR="00372493" w:rsidRPr="007456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B751" w14:textId="77777777" w:rsidR="00ED5A94" w:rsidRDefault="00ED5A94" w:rsidP="00CD2BD4">
      <w:pPr>
        <w:spacing w:after="0" w:line="240" w:lineRule="auto"/>
      </w:pPr>
      <w:r>
        <w:separator/>
      </w:r>
    </w:p>
  </w:endnote>
  <w:endnote w:type="continuationSeparator" w:id="0">
    <w:p w14:paraId="28BE8B10" w14:textId="77777777" w:rsidR="00ED5A94" w:rsidRDefault="00ED5A94" w:rsidP="00C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97C7" w14:textId="77777777" w:rsidR="00ED5A94" w:rsidRDefault="00ED5A94" w:rsidP="00CD2BD4">
      <w:pPr>
        <w:spacing w:after="0" w:line="240" w:lineRule="auto"/>
      </w:pPr>
      <w:r>
        <w:separator/>
      </w:r>
    </w:p>
  </w:footnote>
  <w:footnote w:type="continuationSeparator" w:id="0">
    <w:p w14:paraId="09F4AE81" w14:textId="77777777" w:rsidR="00ED5A94" w:rsidRDefault="00ED5A94" w:rsidP="00CD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760062">
    <w:abstractNumId w:val="8"/>
  </w:num>
  <w:num w:numId="2" w16cid:durableId="1332024286">
    <w:abstractNumId w:val="6"/>
  </w:num>
  <w:num w:numId="3" w16cid:durableId="1782341143">
    <w:abstractNumId w:val="5"/>
  </w:num>
  <w:num w:numId="4" w16cid:durableId="292567679">
    <w:abstractNumId w:val="4"/>
  </w:num>
  <w:num w:numId="5" w16cid:durableId="1147629645">
    <w:abstractNumId w:val="7"/>
  </w:num>
  <w:num w:numId="6" w16cid:durableId="1677729502">
    <w:abstractNumId w:val="3"/>
  </w:num>
  <w:num w:numId="7" w16cid:durableId="716398660">
    <w:abstractNumId w:val="2"/>
  </w:num>
  <w:num w:numId="8" w16cid:durableId="1041244694">
    <w:abstractNumId w:val="1"/>
  </w:num>
  <w:num w:numId="9" w16cid:durableId="112527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4B7"/>
    <w:rsid w:val="00034616"/>
    <w:rsid w:val="0006063C"/>
    <w:rsid w:val="0015074B"/>
    <w:rsid w:val="00170C1D"/>
    <w:rsid w:val="001B229C"/>
    <w:rsid w:val="0029639D"/>
    <w:rsid w:val="00326F90"/>
    <w:rsid w:val="00372493"/>
    <w:rsid w:val="0039357B"/>
    <w:rsid w:val="003B5EFB"/>
    <w:rsid w:val="00473EA9"/>
    <w:rsid w:val="004D1D8E"/>
    <w:rsid w:val="004F5E2E"/>
    <w:rsid w:val="00510FBC"/>
    <w:rsid w:val="00726757"/>
    <w:rsid w:val="00745651"/>
    <w:rsid w:val="007C3339"/>
    <w:rsid w:val="008C286E"/>
    <w:rsid w:val="0091254B"/>
    <w:rsid w:val="00A1656E"/>
    <w:rsid w:val="00A76927"/>
    <w:rsid w:val="00AA1D8D"/>
    <w:rsid w:val="00AE0B52"/>
    <w:rsid w:val="00B47730"/>
    <w:rsid w:val="00C53907"/>
    <w:rsid w:val="00CB0664"/>
    <w:rsid w:val="00CC7783"/>
    <w:rsid w:val="00CD2BD4"/>
    <w:rsid w:val="00E040AC"/>
    <w:rsid w:val="00EB5107"/>
    <w:rsid w:val="00ED5A94"/>
    <w:rsid w:val="00F5490D"/>
    <w:rsid w:val="00FA7892"/>
    <w:rsid w:val="00FC693F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E455C"/>
  <w14:defaultImageDpi w14:val="300"/>
  <w15:docId w15:val="{B61C4649-4413-4292-81A4-4AD85D79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Mirela Skočić</cp:lastModifiedBy>
  <cp:revision>11</cp:revision>
  <dcterms:created xsi:type="dcterms:W3CDTF">2013-12-23T23:15:00Z</dcterms:created>
  <dcterms:modified xsi:type="dcterms:W3CDTF">2026-07-27T11:45:00Z</dcterms:modified>
  <cp:category/>
</cp:coreProperties>
</file>